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08" w:type="dxa"/>
        <w:tblInd w:w="-1168" w:type="dxa"/>
        <w:tblLook w:val="04A0" w:firstRow="1" w:lastRow="0" w:firstColumn="1" w:lastColumn="0" w:noHBand="0" w:noVBand="1"/>
      </w:tblPr>
      <w:tblGrid>
        <w:gridCol w:w="4111"/>
        <w:gridCol w:w="7797"/>
      </w:tblGrid>
      <w:tr w:rsidR="00F90C48" w14:paraId="2E92722D" w14:textId="2BADEBD3" w:rsidTr="007C659E">
        <w:tc>
          <w:tcPr>
            <w:tcW w:w="4111" w:type="dxa"/>
          </w:tcPr>
          <w:p w14:paraId="672A6659" w14:textId="1A482C1E" w:rsidR="00F90C48" w:rsidRDefault="1EB21D23" w:rsidP="00F90C48">
            <w:pPr>
              <w:ind w:left="-709" w:firstLine="709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B80C757" wp14:editId="265C37DF">
                  <wp:simplePos x="0" y="0"/>
                  <wp:positionH relativeFrom="column">
                    <wp:posOffset>1046018</wp:posOffset>
                  </wp:positionH>
                  <wp:positionV relativeFrom="paragraph">
                    <wp:posOffset>-34637</wp:posOffset>
                  </wp:positionV>
                  <wp:extent cx="1428750" cy="1428750"/>
                  <wp:effectExtent l="0" t="0" r="0" b="0"/>
                  <wp:wrapSquare wrapText="bothSides"/>
                  <wp:docPr id="139904347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C25B24-E99C-45F8-86BF-E5EF7706FE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21868" name="Picture 65621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7" w:type="dxa"/>
          </w:tcPr>
          <w:p w14:paraId="1BB7008D" w14:textId="77777777" w:rsidR="00F90C48" w:rsidRPr="007C659E" w:rsidRDefault="00246FAF" w:rsidP="007C659E">
            <w:pPr>
              <w:spacing w:after="0"/>
              <w:ind w:left="-709" w:firstLine="709"/>
              <w:jc w:val="center"/>
              <w:rPr>
                <w:noProof/>
                <w:sz w:val="44"/>
                <w:szCs w:val="44"/>
              </w:rPr>
            </w:pPr>
            <w:r w:rsidRPr="007C659E">
              <w:rPr>
                <w:noProof/>
                <w:sz w:val="44"/>
                <w:szCs w:val="44"/>
              </w:rPr>
              <w:t>Ipstones Dog Show Schedule</w:t>
            </w:r>
          </w:p>
          <w:p w14:paraId="3E77C721" w14:textId="59F588E9" w:rsidR="007C659E" w:rsidRPr="0032655D" w:rsidRDefault="00246FAF" w:rsidP="0032655D">
            <w:pPr>
              <w:spacing w:after="0"/>
              <w:ind w:left="-709" w:firstLine="709"/>
              <w:jc w:val="center"/>
              <w:rPr>
                <w:noProof/>
                <w:sz w:val="44"/>
                <w:szCs w:val="44"/>
              </w:rPr>
            </w:pPr>
            <w:r w:rsidRPr="007C659E">
              <w:rPr>
                <w:noProof/>
                <w:sz w:val="44"/>
                <w:szCs w:val="44"/>
              </w:rPr>
              <w:t>29</w:t>
            </w:r>
            <w:r w:rsidRPr="007C659E">
              <w:rPr>
                <w:noProof/>
                <w:sz w:val="44"/>
                <w:szCs w:val="44"/>
                <w:vertAlign w:val="superscript"/>
              </w:rPr>
              <w:t>th</w:t>
            </w:r>
            <w:r w:rsidRPr="007C659E">
              <w:rPr>
                <w:noProof/>
                <w:sz w:val="44"/>
                <w:szCs w:val="44"/>
              </w:rPr>
              <w:t xml:space="preserve"> August 2026</w:t>
            </w:r>
          </w:p>
          <w:p w14:paraId="141F1734" w14:textId="70ECAC49" w:rsidR="007C659E" w:rsidRPr="008F6DD2" w:rsidRDefault="007C659E" w:rsidP="007C659E">
            <w:pPr>
              <w:spacing w:after="0"/>
              <w:jc w:val="center"/>
              <w:rPr>
                <w:sz w:val="24"/>
                <w:szCs w:val="24"/>
              </w:rPr>
            </w:pPr>
            <w:r w:rsidRPr="008F6DD2">
              <w:rPr>
                <w:sz w:val="24"/>
                <w:szCs w:val="24"/>
              </w:rPr>
              <w:t>Dog show coordinator - Katie Bradbury    Contact – 07376762454</w:t>
            </w:r>
          </w:p>
          <w:p w14:paraId="08F30BDA" w14:textId="5FC5DC7C" w:rsidR="007C659E" w:rsidRPr="008F6DD2" w:rsidRDefault="007C659E" w:rsidP="007C659E">
            <w:pPr>
              <w:spacing w:after="0"/>
              <w:jc w:val="center"/>
              <w:rPr>
                <w:sz w:val="24"/>
                <w:szCs w:val="24"/>
              </w:rPr>
            </w:pPr>
            <w:r w:rsidRPr="008F6DD2">
              <w:rPr>
                <w:sz w:val="24"/>
                <w:szCs w:val="24"/>
              </w:rPr>
              <w:t xml:space="preserve">Judge </w:t>
            </w:r>
            <w:r w:rsidR="00367E34">
              <w:rPr>
                <w:sz w:val="24"/>
                <w:szCs w:val="24"/>
              </w:rPr>
              <w:t>–</w:t>
            </w:r>
            <w:r w:rsidRPr="008F6DD2">
              <w:rPr>
                <w:sz w:val="24"/>
                <w:szCs w:val="24"/>
              </w:rPr>
              <w:t xml:space="preserve"> </w:t>
            </w:r>
            <w:r w:rsidR="00367E34">
              <w:rPr>
                <w:sz w:val="24"/>
                <w:szCs w:val="24"/>
              </w:rPr>
              <w:t>Jenny Warrington</w:t>
            </w:r>
          </w:p>
          <w:p w14:paraId="4C640F7C" w14:textId="77777777" w:rsidR="007C659E" w:rsidRDefault="007C659E" w:rsidP="007C659E"/>
          <w:p w14:paraId="2C8F7048" w14:textId="77777777" w:rsidR="008F6DD2" w:rsidRDefault="008F6DD2" w:rsidP="008F6DD2">
            <w:pPr>
              <w:pStyle w:val="Heading2"/>
              <w:jc w:val="center"/>
            </w:pPr>
            <w:r>
              <w:t>Booking from 10am. CASH ONLY</w:t>
            </w:r>
          </w:p>
          <w:p w14:paraId="4A3CC941" w14:textId="5DBA53BE" w:rsidR="007C659E" w:rsidRDefault="007C659E" w:rsidP="00F90C48">
            <w:pPr>
              <w:ind w:left="-709" w:firstLine="709"/>
              <w:rPr>
                <w:noProof/>
              </w:rPr>
            </w:pPr>
          </w:p>
        </w:tc>
      </w:tr>
    </w:tbl>
    <w:p w14:paraId="56E73404" w14:textId="24D0B3F7" w:rsidR="00360E2E" w:rsidRPr="0032655D" w:rsidRDefault="15B0F93C">
      <w:pPr>
        <w:rPr>
          <w:sz w:val="24"/>
          <w:szCs w:val="24"/>
        </w:rPr>
      </w:pPr>
      <w:r w:rsidRPr="005B7AA8">
        <w:rPr>
          <w:color w:val="7030A0"/>
          <w:sz w:val="28"/>
          <w:szCs w:val="28"/>
        </w:rPr>
        <w:t>Fun agility commencing</w:t>
      </w:r>
      <w:r w:rsidR="689BB610" w:rsidRPr="005B7AA8">
        <w:rPr>
          <w:color w:val="7030A0"/>
          <w:sz w:val="28"/>
          <w:szCs w:val="28"/>
        </w:rPr>
        <w:t xml:space="preserve"> in the </w:t>
      </w:r>
      <w:r w:rsidR="008F6DD2" w:rsidRPr="005B7AA8">
        <w:rPr>
          <w:b/>
          <w:bCs/>
          <w:color w:val="7030A0"/>
          <w:sz w:val="28"/>
          <w:szCs w:val="28"/>
        </w:rPr>
        <w:t>M</w:t>
      </w:r>
      <w:r w:rsidR="689BB610" w:rsidRPr="005B7AA8">
        <w:rPr>
          <w:b/>
          <w:bCs/>
          <w:color w:val="7030A0"/>
          <w:sz w:val="28"/>
          <w:szCs w:val="28"/>
        </w:rPr>
        <w:t xml:space="preserve">ain </w:t>
      </w:r>
      <w:proofErr w:type="gramStart"/>
      <w:r w:rsidR="008F6DD2" w:rsidRPr="005B7AA8">
        <w:rPr>
          <w:b/>
          <w:bCs/>
          <w:color w:val="7030A0"/>
          <w:sz w:val="28"/>
          <w:szCs w:val="28"/>
        </w:rPr>
        <w:t>A</w:t>
      </w:r>
      <w:r w:rsidR="689BB610" w:rsidRPr="005B7AA8">
        <w:rPr>
          <w:b/>
          <w:bCs/>
          <w:color w:val="7030A0"/>
          <w:sz w:val="28"/>
          <w:szCs w:val="28"/>
        </w:rPr>
        <w:t>rena</w:t>
      </w:r>
      <w:r w:rsidR="689BB610" w:rsidRPr="005B7AA8">
        <w:rPr>
          <w:color w:val="7030A0"/>
          <w:sz w:val="28"/>
          <w:szCs w:val="28"/>
        </w:rPr>
        <w:t xml:space="preserve"> </w:t>
      </w:r>
      <w:r w:rsidRPr="005B7AA8">
        <w:rPr>
          <w:color w:val="7030A0"/>
          <w:sz w:val="28"/>
          <w:szCs w:val="28"/>
        </w:rPr>
        <w:t xml:space="preserve"> at</w:t>
      </w:r>
      <w:proofErr w:type="gramEnd"/>
      <w:r w:rsidRPr="005B7AA8">
        <w:rPr>
          <w:color w:val="7030A0"/>
          <w:sz w:val="28"/>
          <w:szCs w:val="28"/>
        </w:rPr>
        <w:t xml:space="preserve"> 10am–12pm</w:t>
      </w:r>
      <w:r w:rsidRPr="0032655D">
        <w:rPr>
          <w:sz w:val="28"/>
          <w:szCs w:val="28"/>
        </w:rPr>
        <w:t xml:space="preserve">      </w:t>
      </w:r>
      <w:r w:rsidRPr="0032655D">
        <w:rPr>
          <w:b/>
          <w:bCs/>
          <w:color w:val="EE0000"/>
          <w:sz w:val="28"/>
          <w:szCs w:val="28"/>
        </w:rPr>
        <w:t>Entry fee £1.50 a go</w:t>
      </w:r>
      <w:r w:rsidRPr="0032655D">
        <w:rPr>
          <w:sz w:val="24"/>
          <w:szCs w:val="24"/>
        </w:rPr>
        <w:br/>
        <w:t>1. On Lead</w:t>
      </w:r>
      <w:r w:rsidRPr="0032655D">
        <w:rPr>
          <w:sz w:val="24"/>
          <w:szCs w:val="24"/>
        </w:rPr>
        <w:br/>
        <w:t>2. Off Lead</w:t>
      </w:r>
    </w:p>
    <w:p w14:paraId="69C4C112" w14:textId="430F713A" w:rsidR="00360E2E" w:rsidRPr="0032655D" w:rsidRDefault="00B47FBD">
      <w:pPr>
        <w:pStyle w:val="Heading2"/>
        <w:rPr>
          <w:sz w:val="28"/>
          <w:szCs w:val="28"/>
        </w:rPr>
      </w:pPr>
      <w:r w:rsidRPr="005B7AA8">
        <w:rPr>
          <w:b w:val="0"/>
          <w:bCs w:val="0"/>
          <w:color w:val="7030A0"/>
          <w:sz w:val="28"/>
          <w:szCs w:val="28"/>
        </w:rPr>
        <w:t xml:space="preserve">Judging of the Fun Dog Show </w:t>
      </w:r>
      <w:r w:rsidR="006E0C29" w:rsidRPr="005B7AA8">
        <w:rPr>
          <w:b w:val="0"/>
          <w:bCs w:val="0"/>
          <w:color w:val="7030A0"/>
          <w:sz w:val="28"/>
          <w:szCs w:val="28"/>
        </w:rPr>
        <w:t xml:space="preserve">in the </w:t>
      </w:r>
      <w:r w:rsidR="006E0C29" w:rsidRPr="005B7AA8">
        <w:rPr>
          <w:color w:val="7030A0"/>
          <w:sz w:val="28"/>
          <w:szCs w:val="28"/>
        </w:rPr>
        <w:t>Dog Tent</w:t>
      </w:r>
      <w:r w:rsidR="006E0C29" w:rsidRPr="005B7AA8">
        <w:rPr>
          <w:b w:val="0"/>
          <w:bCs w:val="0"/>
          <w:color w:val="7030A0"/>
          <w:sz w:val="28"/>
          <w:szCs w:val="28"/>
        </w:rPr>
        <w:t xml:space="preserve"> </w:t>
      </w:r>
      <w:r w:rsidRPr="005B7AA8">
        <w:rPr>
          <w:b w:val="0"/>
          <w:bCs w:val="0"/>
          <w:color w:val="7030A0"/>
          <w:sz w:val="28"/>
          <w:szCs w:val="28"/>
        </w:rPr>
        <w:t>commencing at 1pm</w:t>
      </w:r>
      <w:r w:rsidRPr="005B7AA8">
        <w:rPr>
          <w:color w:val="7030A0"/>
          <w:sz w:val="28"/>
          <w:szCs w:val="28"/>
        </w:rPr>
        <w:t xml:space="preserve"> </w:t>
      </w:r>
      <w:r w:rsidRPr="0032655D">
        <w:rPr>
          <w:sz w:val="28"/>
          <w:szCs w:val="28"/>
        </w:rPr>
        <w:t xml:space="preserve">– </w:t>
      </w:r>
      <w:r w:rsidRPr="0032655D">
        <w:rPr>
          <w:color w:val="EE0000"/>
          <w:sz w:val="28"/>
          <w:szCs w:val="28"/>
        </w:rPr>
        <w:t>Entry fee £2 per class</w:t>
      </w:r>
    </w:p>
    <w:p w14:paraId="20F901F5" w14:textId="77777777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>1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🐶</w:t>
      </w:r>
      <w:r w:rsidRPr="00E162D3">
        <w:rPr>
          <w:rFonts w:cs="Calibri"/>
          <w:b/>
          <w:bCs/>
          <w:sz w:val="24"/>
          <w:szCs w:val="24"/>
        </w:rPr>
        <w:t xml:space="preserve"> Most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Handsome Dog  </w:t>
      </w:r>
    </w:p>
    <w:p w14:paraId="0BCCC9BB" w14:textId="6257099E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2.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🐕</w:t>
      </w:r>
      <w:r w:rsidRPr="00E162D3">
        <w:rPr>
          <w:rFonts w:cs="Calibri"/>
          <w:b/>
          <w:bCs/>
          <w:sz w:val="24"/>
          <w:szCs w:val="24"/>
        </w:rPr>
        <w:t xml:space="preserve"> Prettiest Bitch </w:t>
      </w:r>
    </w:p>
    <w:p w14:paraId="4A63C77A" w14:textId="4FF64E16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3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🦴</w:t>
      </w:r>
      <w:r w:rsidRPr="00E162D3">
        <w:rPr>
          <w:rFonts w:cs="Calibri"/>
          <w:b/>
          <w:bCs/>
          <w:sz w:val="24"/>
          <w:szCs w:val="24"/>
        </w:rPr>
        <w:t xml:space="preserve"> Loveable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Rogue </w:t>
      </w:r>
    </w:p>
    <w:p w14:paraId="70E8642A" w14:textId="18E315C7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4.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👴</w:t>
      </w:r>
      <w:r w:rsidRPr="00E162D3">
        <w:rPr>
          <w:rFonts w:cs="Calibri"/>
          <w:b/>
          <w:bCs/>
          <w:sz w:val="24"/>
          <w:szCs w:val="24"/>
        </w:rPr>
        <w:t xml:space="preserve"> Golden Oldie</w:t>
      </w:r>
      <w:r w:rsidRPr="00E162D3">
        <w:rPr>
          <w:rFonts w:cs="Calibri"/>
          <w:sz w:val="24"/>
          <w:szCs w:val="24"/>
        </w:rPr>
        <w:t xml:space="preserve"> </w:t>
      </w:r>
      <w:r w:rsidRPr="00E162D3">
        <w:rPr>
          <w:rFonts w:cs="Calibri"/>
          <w:i/>
          <w:iCs/>
          <w:sz w:val="24"/>
          <w:szCs w:val="24"/>
        </w:rPr>
        <w:t xml:space="preserve">(Dog or bitch over 7 years) </w:t>
      </w:r>
    </w:p>
    <w:p w14:paraId="1E579F16" w14:textId="490E81CA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5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🐾</w:t>
      </w:r>
      <w:r w:rsidRPr="00E162D3">
        <w:rPr>
          <w:rFonts w:cs="Calibri"/>
          <w:b/>
          <w:bCs/>
          <w:sz w:val="24"/>
          <w:szCs w:val="24"/>
        </w:rPr>
        <w:t xml:space="preserve"> Cutest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Puppy</w:t>
      </w:r>
      <w:r w:rsidRPr="00E162D3">
        <w:rPr>
          <w:rFonts w:cs="Calibri"/>
          <w:sz w:val="24"/>
          <w:szCs w:val="24"/>
        </w:rPr>
        <w:t xml:space="preserve"> </w:t>
      </w:r>
      <w:r w:rsidRPr="00E162D3">
        <w:rPr>
          <w:rFonts w:cs="Calibri"/>
          <w:i/>
          <w:iCs/>
          <w:sz w:val="24"/>
          <w:szCs w:val="24"/>
        </w:rPr>
        <w:t>(Up to 12 months</w:t>
      </w:r>
      <w:r w:rsidRPr="00E162D3">
        <w:rPr>
          <w:rFonts w:cs="Calibri"/>
          <w:sz w:val="24"/>
          <w:szCs w:val="24"/>
        </w:rPr>
        <w:t xml:space="preserve">) </w:t>
      </w:r>
    </w:p>
    <w:p w14:paraId="227EE456" w14:textId="7FE10144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6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🧒</w:t>
      </w:r>
      <w:r w:rsidRPr="00E162D3">
        <w:rPr>
          <w:rFonts w:cs="Calibri"/>
          <w:b/>
          <w:bCs/>
          <w:sz w:val="24"/>
          <w:szCs w:val="24"/>
        </w:rPr>
        <w:t xml:space="preserve"> Junior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Handler</w:t>
      </w:r>
      <w:r w:rsidRPr="00E162D3">
        <w:rPr>
          <w:rFonts w:cs="Calibri"/>
          <w:sz w:val="24"/>
          <w:szCs w:val="24"/>
        </w:rPr>
        <w:t xml:space="preserve"> </w:t>
      </w:r>
      <w:r w:rsidRPr="00E162D3">
        <w:rPr>
          <w:rFonts w:cs="Calibri"/>
          <w:i/>
          <w:iCs/>
          <w:sz w:val="24"/>
          <w:szCs w:val="24"/>
        </w:rPr>
        <w:t xml:space="preserve">(Up to 16 years old) </w:t>
      </w:r>
    </w:p>
    <w:p w14:paraId="790A8CCF" w14:textId="77777777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7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🐕</w:t>
      </w:r>
      <w:r w:rsidRPr="00E162D3">
        <w:rPr>
          <w:rFonts w:cs="Calibri"/>
          <w:b/>
          <w:bCs/>
          <w:sz w:val="24"/>
          <w:szCs w:val="24"/>
        </w:rPr>
        <w:t xml:space="preserve"> Best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Rescue </w:t>
      </w:r>
    </w:p>
    <w:p w14:paraId="24C8CBAD" w14:textId="77777777" w:rsidR="005870D9" w:rsidRPr="00E162D3" w:rsidRDefault="005870D9" w:rsidP="005870D9">
      <w:pPr>
        <w:spacing w:after="0"/>
        <w:rPr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8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😍</w:t>
      </w:r>
      <w:r w:rsidRPr="00E162D3">
        <w:rPr>
          <w:rFonts w:cs="Calibri"/>
          <w:b/>
          <w:bCs/>
          <w:sz w:val="24"/>
          <w:szCs w:val="24"/>
        </w:rPr>
        <w:t xml:space="preserve"> Sweetest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Expression </w:t>
      </w:r>
    </w:p>
    <w:p w14:paraId="463A63AB" w14:textId="77777777" w:rsidR="005870D9" w:rsidRPr="00E162D3" w:rsidRDefault="005870D9" w:rsidP="005870D9">
      <w:pPr>
        <w:spacing w:after="0" w:line="240" w:lineRule="auto"/>
        <w:jc w:val="both"/>
        <w:rPr>
          <w:rFonts w:cs="Calibri"/>
          <w:color w:val="709FDB" w:themeColor="text2" w:themeTint="80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 9.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🐕</w:t>
      </w:r>
      <w:r w:rsidRPr="00E162D3">
        <w:rPr>
          <w:rFonts w:cs="Calibri"/>
          <w:b/>
          <w:bCs/>
          <w:sz w:val="24"/>
          <w:szCs w:val="24"/>
        </w:rPr>
        <w:t>‍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🦺</w:t>
      </w:r>
      <w:r w:rsidRPr="00E162D3">
        <w:rPr>
          <w:rFonts w:cs="Calibri"/>
          <w:b/>
          <w:bCs/>
          <w:sz w:val="24"/>
          <w:szCs w:val="24"/>
        </w:rPr>
        <w:t xml:space="preserve"> Waggiest Tail </w:t>
      </w:r>
    </w:p>
    <w:p w14:paraId="490E7D53" w14:textId="77777777" w:rsidR="005870D9" w:rsidRPr="00E162D3" w:rsidRDefault="005870D9" w:rsidP="005870D9">
      <w:pPr>
        <w:spacing w:after="0"/>
        <w:rPr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 xml:space="preserve">10.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🎖️</w:t>
      </w:r>
      <w:r w:rsidRPr="00E162D3">
        <w:rPr>
          <w:rFonts w:cs="Calibri"/>
          <w:b/>
          <w:bCs/>
          <w:sz w:val="24"/>
          <w:szCs w:val="24"/>
        </w:rPr>
        <w:t xml:space="preserve"> Stewards’ </w:t>
      </w:r>
      <w:proofErr w:type="spellStart"/>
      <w:r w:rsidRPr="00E162D3">
        <w:rPr>
          <w:rFonts w:cs="Calibri"/>
          <w:b/>
          <w:bCs/>
          <w:sz w:val="24"/>
          <w:szCs w:val="24"/>
        </w:rPr>
        <w:t>Favourite</w:t>
      </w:r>
      <w:proofErr w:type="spellEnd"/>
      <w:r w:rsidRPr="00E162D3">
        <w:rPr>
          <w:rFonts w:cs="Calibri"/>
          <w:b/>
          <w:bCs/>
          <w:sz w:val="24"/>
          <w:szCs w:val="24"/>
        </w:rPr>
        <w:t xml:space="preserve"> </w:t>
      </w:r>
    </w:p>
    <w:p w14:paraId="4BEAA9B3" w14:textId="77777777" w:rsidR="005870D9" w:rsidRPr="00E162D3" w:rsidRDefault="005870D9" w:rsidP="005870D9">
      <w:pPr>
        <w:spacing w:after="0"/>
        <w:rPr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>11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🐾</w:t>
      </w:r>
      <w:r w:rsidRPr="00E162D3">
        <w:rPr>
          <w:rFonts w:cs="Calibri"/>
          <w:b/>
          <w:bCs/>
          <w:sz w:val="24"/>
          <w:szCs w:val="24"/>
        </w:rPr>
        <w:t xml:space="preserve"> Fancy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Dress</w:t>
      </w:r>
    </w:p>
    <w:p w14:paraId="05CB8F05" w14:textId="4E4BDC5A" w:rsidR="005870D9" w:rsidRPr="00E162D3" w:rsidRDefault="005870D9" w:rsidP="005870D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62D3">
        <w:rPr>
          <w:rFonts w:cs="Calibri"/>
          <w:b/>
          <w:bCs/>
          <w:sz w:val="24"/>
          <w:szCs w:val="24"/>
        </w:rPr>
        <w:t>12</w:t>
      </w:r>
      <w:proofErr w:type="gramStart"/>
      <w:r w:rsidRPr="00E162D3">
        <w:rPr>
          <w:rFonts w:cs="Calibri"/>
          <w:b/>
          <w:bCs/>
          <w:sz w:val="24"/>
          <w:szCs w:val="24"/>
        </w:rPr>
        <w:t xml:space="preserve">. </w:t>
      </w:r>
      <w:r w:rsidRPr="00E162D3">
        <w:rPr>
          <w:rFonts w:ascii="Segoe UI Emoji" w:hAnsi="Segoe UI Emoji" w:cs="Segoe UI Emoji"/>
          <w:b/>
          <w:bCs/>
          <w:sz w:val="24"/>
          <w:szCs w:val="24"/>
        </w:rPr>
        <w:t>🏆</w:t>
      </w:r>
      <w:r w:rsidRPr="00E162D3">
        <w:rPr>
          <w:rFonts w:cs="Calibri"/>
          <w:b/>
          <w:bCs/>
          <w:sz w:val="24"/>
          <w:szCs w:val="24"/>
        </w:rPr>
        <w:t xml:space="preserve"> Best</w:t>
      </w:r>
      <w:proofErr w:type="gramEnd"/>
      <w:r w:rsidRPr="00E162D3">
        <w:rPr>
          <w:rFonts w:cs="Calibri"/>
          <w:b/>
          <w:bCs/>
          <w:sz w:val="24"/>
          <w:szCs w:val="24"/>
        </w:rPr>
        <w:t xml:space="preserve"> in Show &amp; Reserve</w:t>
      </w:r>
      <w:r w:rsidRPr="00E162D3">
        <w:rPr>
          <w:rFonts w:cs="Calibri"/>
          <w:sz w:val="24"/>
          <w:szCs w:val="24"/>
        </w:rPr>
        <w:t xml:space="preserve"> </w:t>
      </w:r>
      <w:r w:rsidRPr="00E162D3">
        <w:rPr>
          <w:rFonts w:cs="Calibri"/>
          <w:i/>
          <w:iCs/>
          <w:sz w:val="24"/>
          <w:szCs w:val="24"/>
        </w:rPr>
        <w:t>(1st place winners</w:t>
      </w:r>
      <w:r w:rsidR="00E162D3" w:rsidRPr="00E162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744DBE99" w14:textId="77777777" w:rsidR="005870D9" w:rsidRDefault="005870D9" w:rsidP="005870D9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6F0B2A44" w14:textId="77777777" w:rsidR="007E3BD5" w:rsidRDefault="000C3DA1" w:rsidP="007E3BD5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15B0F93C">
        <w:rPr>
          <w:rFonts w:ascii="Times New Roman" w:eastAsia="Times New Roman" w:hAnsi="Times New Roman" w:cs="Times New Roman"/>
          <w:color w:val="000000" w:themeColor="text1"/>
        </w:rPr>
        <w:t xml:space="preserve">Rules </w:t>
      </w:r>
    </w:p>
    <w:p w14:paraId="74D5BA23" w14:textId="26DFB40D" w:rsidR="005870D9" w:rsidRDefault="000C3DA1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5B0F93C">
        <w:rPr>
          <w:rFonts w:ascii="Times New Roman" w:eastAsia="Times New Roman" w:hAnsi="Times New Roman" w:cs="Times New Roman"/>
          <w:color w:val="000000" w:themeColor="text1"/>
        </w:rPr>
        <w:t xml:space="preserve">1. The Judge's decision is final. </w:t>
      </w:r>
    </w:p>
    <w:p w14:paraId="70CF886E" w14:textId="77777777" w:rsidR="005870D9" w:rsidRDefault="000C3DA1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5B0F93C">
        <w:rPr>
          <w:rFonts w:ascii="Times New Roman" w:eastAsia="Times New Roman" w:hAnsi="Times New Roman" w:cs="Times New Roman"/>
          <w:color w:val="000000" w:themeColor="text1"/>
        </w:rPr>
        <w:t>2. Bitches in season must not be brought to the show.</w:t>
      </w:r>
    </w:p>
    <w:p w14:paraId="163AA037" w14:textId="1A6160DA" w:rsidR="005870D9" w:rsidRDefault="000C3DA1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5B0F93C">
        <w:rPr>
          <w:rFonts w:ascii="Times New Roman" w:eastAsia="Times New Roman" w:hAnsi="Times New Roman" w:cs="Times New Roman"/>
          <w:color w:val="000000" w:themeColor="text1"/>
        </w:rPr>
        <w:t>3. Children must be kept under close control around the dogs.</w:t>
      </w:r>
    </w:p>
    <w:p w14:paraId="0A37501D" w14:textId="24CD3F46" w:rsidR="00360E2E" w:rsidRDefault="000C3DA1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5B0F93C">
        <w:rPr>
          <w:rFonts w:ascii="Times New Roman" w:eastAsia="Times New Roman" w:hAnsi="Times New Roman" w:cs="Times New Roman"/>
          <w:color w:val="000000" w:themeColor="text1"/>
        </w:rPr>
        <w:t>4. All dogs must be kept on lead and under control.</w:t>
      </w:r>
    </w:p>
    <w:p w14:paraId="52C70D0C" w14:textId="2757AC06" w:rsidR="007E3BD5" w:rsidRDefault="007E3BD5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5. </w:t>
      </w:r>
      <w:r w:rsidR="002238A1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008D1207">
        <w:rPr>
          <w:rFonts w:ascii="Times New Roman" w:eastAsia="Times New Roman" w:hAnsi="Times New Roman" w:cs="Times New Roman"/>
          <w:color w:val="000000" w:themeColor="text1"/>
        </w:rPr>
        <w:t>organizers</w:t>
      </w:r>
      <w:r w:rsidR="002238A1">
        <w:rPr>
          <w:rFonts w:ascii="Times New Roman" w:eastAsia="Times New Roman" w:hAnsi="Times New Roman" w:cs="Times New Roman"/>
          <w:color w:val="000000" w:themeColor="text1"/>
        </w:rPr>
        <w:t xml:space="preserve"> have the right to refuse entry.</w:t>
      </w:r>
    </w:p>
    <w:p w14:paraId="12EA1180" w14:textId="4426C8DA" w:rsidR="00A264A3" w:rsidRDefault="00A264A3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6. Do not leave dogs in hot cars.</w:t>
      </w:r>
    </w:p>
    <w:p w14:paraId="1590A50D" w14:textId="4C501F78" w:rsidR="00A264A3" w:rsidRDefault="0001650B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7. All poo must be picked up and put in the bin</w:t>
      </w:r>
    </w:p>
    <w:p w14:paraId="399AE470" w14:textId="391E583C" w:rsidR="0001650B" w:rsidRDefault="0001650B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8. We reserve the right to</w:t>
      </w:r>
      <w:r w:rsidR="008D1207">
        <w:rPr>
          <w:rFonts w:ascii="Times New Roman" w:eastAsia="Times New Roman" w:hAnsi="Times New Roman" w:cs="Times New Roman"/>
          <w:color w:val="000000" w:themeColor="text1"/>
        </w:rPr>
        <w:t xml:space="preserve"> change the schedule according to circumstances.</w:t>
      </w:r>
    </w:p>
    <w:p w14:paraId="13E11EE5" w14:textId="503C1C77" w:rsidR="008D1207" w:rsidRDefault="008D1207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9. The committee, organizer or Show Management cannot be held responsible for loss or damage to any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persons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>, dogs or property</w:t>
      </w:r>
    </w:p>
    <w:p w14:paraId="4885A245" w14:textId="4BA1CA84" w:rsidR="008D1207" w:rsidRDefault="008D1207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10. Most importantly everyone must have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fun</w:t>
      </w:r>
      <w:proofErr w:type="gramEnd"/>
      <w:r>
        <w:rPr>
          <w:rFonts w:ascii="Times New Roman" w:eastAsia="Times New Roman" w:hAnsi="Times New Roman" w:cs="Times New Roman"/>
          <w:color w:val="000000" w:themeColor="text1"/>
        </w:rPr>
        <w:t xml:space="preserve"> and we look forward to seeing you on the day</w:t>
      </w:r>
    </w:p>
    <w:p w14:paraId="49DA6D93" w14:textId="77777777" w:rsidR="00390BD1" w:rsidRDefault="00390BD1" w:rsidP="007E3BD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950C978" w14:textId="0D9368DA" w:rsidR="00390BD1" w:rsidRPr="0093059B" w:rsidRDefault="00390BD1" w:rsidP="00390BD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93059B">
        <w:rPr>
          <w:rFonts w:ascii="Times New Roman" w:eastAsia="Times New Roman" w:hAnsi="Times New Roman" w:cs="Times New Roman"/>
          <w:b/>
          <w:bCs/>
          <w:color w:val="000000" w:themeColor="text1"/>
        </w:rPr>
        <w:t>Many thanks to our sponsors of the Dog Show</w:t>
      </w:r>
    </w:p>
    <w:p w14:paraId="09A165A1" w14:textId="4C1ACFF4" w:rsidR="00E353DA" w:rsidRDefault="006157A6" w:rsidP="00390BD1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Wild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>Wuffas</w:t>
      </w:r>
      <w:proofErr w:type="spellEnd"/>
      <w:r w:rsidR="001101EC">
        <w:rPr>
          <w:rFonts w:ascii="Times New Roman" w:eastAsia="Times New Roman" w:hAnsi="Times New Roman" w:cs="Times New Roman"/>
          <w:color w:val="000000" w:themeColor="text1"/>
        </w:rPr>
        <w:t>,  Posh</w:t>
      </w:r>
      <w:proofErr w:type="gramEnd"/>
      <w:r w:rsidR="001101E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="001101EC">
        <w:rPr>
          <w:rFonts w:ascii="Times New Roman" w:eastAsia="Times New Roman" w:hAnsi="Times New Roman" w:cs="Times New Roman"/>
          <w:color w:val="000000" w:themeColor="text1"/>
        </w:rPr>
        <w:t>Paws,  Linda</w:t>
      </w:r>
      <w:proofErr w:type="gramEnd"/>
      <w:r w:rsidR="001101EC">
        <w:rPr>
          <w:rFonts w:ascii="Times New Roman" w:eastAsia="Times New Roman" w:hAnsi="Times New Roman" w:cs="Times New Roman"/>
          <w:color w:val="000000" w:themeColor="text1"/>
        </w:rPr>
        <w:t xml:space="preserve"> M</w:t>
      </w:r>
      <w:r w:rsidR="007B39DE">
        <w:rPr>
          <w:rFonts w:ascii="Times New Roman" w:eastAsia="Times New Roman" w:hAnsi="Times New Roman" w:cs="Times New Roman"/>
          <w:color w:val="000000" w:themeColor="text1"/>
        </w:rPr>
        <w:t xml:space="preserve">alyon, </w:t>
      </w:r>
      <w:r w:rsidR="00FD1B46">
        <w:rPr>
          <w:rFonts w:ascii="Times New Roman" w:eastAsia="Times New Roman" w:hAnsi="Times New Roman" w:cs="Times New Roman"/>
          <w:color w:val="000000" w:themeColor="text1"/>
        </w:rPr>
        <w:t xml:space="preserve">Walk with </w:t>
      </w:r>
      <w:r w:rsidR="00512AD0">
        <w:rPr>
          <w:rFonts w:ascii="Times New Roman" w:eastAsia="Times New Roman" w:hAnsi="Times New Roman" w:cs="Times New Roman"/>
          <w:color w:val="000000" w:themeColor="text1"/>
        </w:rPr>
        <w:t>Clarkey &amp; Pea, Katie Bradbury</w:t>
      </w:r>
      <w:r w:rsidR="00E21E4C">
        <w:rPr>
          <w:rFonts w:ascii="Times New Roman" w:eastAsia="Times New Roman" w:hAnsi="Times New Roman" w:cs="Times New Roman"/>
          <w:color w:val="000000" w:themeColor="text1"/>
        </w:rPr>
        <w:t>, All about Paws</w:t>
      </w:r>
    </w:p>
    <w:p w14:paraId="09420BA2" w14:textId="2D710766" w:rsidR="0032655D" w:rsidRDefault="00D912B2" w:rsidP="00F34AE4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Leek Pet and </w:t>
      </w:r>
      <w:proofErr w:type="gramStart"/>
      <w:r>
        <w:rPr>
          <w:rFonts w:ascii="Times New Roman" w:eastAsia="Times New Roman" w:hAnsi="Times New Roman" w:cs="Times New Roman"/>
          <w:color w:val="000000" w:themeColor="text1"/>
        </w:rPr>
        <w:t xml:space="preserve">Fishing, </w:t>
      </w:r>
      <w:r w:rsidR="007B39DE">
        <w:rPr>
          <w:rFonts w:ascii="Times New Roman" w:eastAsia="Times New Roman" w:hAnsi="Times New Roman" w:cs="Times New Roman"/>
          <w:color w:val="000000" w:themeColor="text1"/>
        </w:rPr>
        <w:t xml:space="preserve"> Roger</w:t>
      </w:r>
      <w:proofErr w:type="gramEnd"/>
      <w:r w:rsidR="00E353DA">
        <w:rPr>
          <w:rFonts w:ascii="Times New Roman" w:eastAsia="Times New Roman" w:hAnsi="Times New Roman" w:cs="Times New Roman"/>
          <w:color w:val="000000" w:themeColor="text1"/>
        </w:rPr>
        <w:t xml:space="preserve"> Brock and Barker Veterinary Surgeons, </w:t>
      </w:r>
      <w:r w:rsidR="002A4D40">
        <w:rPr>
          <w:rFonts w:ascii="Times New Roman" w:eastAsia="Times New Roman" w:hAnsi="Times New Roman" w:cs="Times New Roman"/>
          <w:color w:val="000000" w:themeColor="text1"/>
        </w:rPr>
        <w:t>Jame</w:t>
      </w:r>
      <w:r w:rsidR="003B5E8C">
        <w:rPr>
          <w:rFonts w:ascii="Times New Roman" w:eastAsia="Times New Roman" w:hAnsi="Times New Roman" w:cs="Times New Roman"/>
          <w:color w:val="000000" w:themeColor="text1"/>
        </w:rPr>
        <w:t>s Du Pavey</w:t>
      </w:r>
    </w:p>
    <w:p w14:paraId="22AEC60E" w14:textId="259FF4B6" w:rsidR="00A264A3" w:rsidRPr="00F34AE4" w:rsidRDefault="006E0C29" w:rsidP="00F34AE4">
      <w:pPr>
        <w:jc w:val="center"/>
        <w:rPr>
          <w:color w:val="FFFFFF" w:themeColor="background1"/>
          <w:sz w:val="16"/>
          <w:szCs w:val="16"/>
        </w:rPr>
      </w:pPr>
      <w:r w:rsidRPr="00E8608D">
        <w:rPr>
          <w:color w:val="FFFFFF" w:themeColor="background1"/>
          <w:sz w:val="16"/>
          <w:szCs w:val="16"/>
        </w:rPr>
        <w:t>Kindly sponsored by:</w:t>
      </w:r>
    </w:p>
    <w:sectPr w:rsidR="00A264A3" w:rsidRPr="00F34AE4" w:rsidSect="00F90C48">
      <w:pgSz w:w="12240" w:h="15840"/>
      <w:pgMar w:top="567" w:right="851" w:bottom="79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0370939">
    <w:abstractNumId w:val="8"/>
  </w:num>
  <w:num w:numId="2" w16cid:durableId="1828400717">
    <w:abstractNumId w:val="6"/>
  </w:num>
  <w:num w:numId="3" w16cid:durableId="506599654">
    <w:abstractNumId w:val="5"/>
  </w:num>
  <w:num w:numId="4" w16cid:durableId="1900362701">
    <w:abstractNumId w:val="4"/>
  </w:num>
  <w:num w:numId="5" w16cid:durableId="1606310352">
    <w:abstractNumId w:val="7"/>
  </w:num>
  <w:num w:numId="6" w16cid:durableId="1719281276">
    <w:abstractNumId w:val="3"/>
  </w:num>
  <w:num w:numId="7" w16cid:durableId="279268314">
    <w:abstractNumId w:val="2"/>
  </w:num>
  <w:num w:numId="8" w16cid:durableId="121584453">
    <w:abstractNumId w:val="1"/>
  </w:num>
  <w:num w:numId="9" w16cid:durableId="46924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50B"/>
    <w:rsid w:val="00034616"/>
    <w:rsid w:val="0006063C"/>
    <w:rsid w:val="000C3DA1"/>
    <w:rsid w:val="000C6628"/>
    <w:rsid w:val="001101EC"/>
    <w:rsid w:val="0015074B"/>
    <w:rsid w:val="002238A1"/>
    <w:rsid w:val="00246FAF"/>
    <w:rsid w:val="0029639D"/>
    <w:rsid w:val="002A4D40"/>
    <w:rsid w:val="0032655D"/>
    <w:rsid w:val="00326F90"/>
    <w:rsid w:val="00331190"/>
    <w:rsid w:val="00360E2E"/>
    <w:rsid w:val="00367E34"/>
    <w:rsid w:val="00390BD1"/>
    <w:rsid w:val="003B5E8C"/>
    <w:rsid w:val="003E215F"/>
    <w:rsid w:val="004E6F19"/>
    <w:rsid w:val="00512AD0"/>
    <w:rsid w:val="00581FB2"/>
    <w:rsid w:val="005870D9"/>
    <w:rsid w:val="005B7AA8"/>
    <w:rsid w:val="006157A6"/>
    <w:rsid w:val="006D4B92"/>
    <w:rsid w:val="006E0C29"/>
    <w:rsid w:val="007B39DE"/>
    <w:rsid w:val="007C659E"/>
    <w:rsid w:val="007E3BD5"/>
    <w:rsid w:val="008258BD"/>
    <w:rsid w:val="008D1207"/>
    <w:rsid w:val="008F6DD2"/>
    <w:rsid w:val="0093059B"/>
    <w:rsid w:val="00935CDF"/>
    <w:rsid w:val="009850D4"/>
    <w:rsid w:val="009F2FE8"/>
    <w:rsid w:val="00A264A3"/>
    <w:rsid w:val="00AA1D8D"/>
    <w:rsid w:val="00AF0275"/>
    <w:rsid w:val="00B47730"/>
    <w:rsid w:val="00CB0664"/>
    <w:rsid w:val="00D511A6"/>
    <w:rsid w:val="00D912B2"/>
    <w:rsid w:val="00E11E8E"/>
    <w:rsid w:val="00E162D3"/>
    <w:rsid w:val="00E21E4C"/>
    <w:rsid w:val="00E353DA"/>
    <w:rsid w:val="00F34AE4"/>
    <w:rsid w:val="00F90C48"/>
    <w:rsid w:val="00FC693F"/>
    <w:rsid w:val="00FD1B46"/>
    <w:rsid w:val="05A32C2A"/>
    <w:rsid w:val="15B0F93C"/>
    <w:rsid w:val="161CF8DF"/>
    <w:rsid w:val="1EB21D23"/>
    <w:rsid w:val="2646830E"/>
    <w:rsid w:val="2786A111"/>
    <w:rsid w:val="2873CC21"/>
    <w:rsid w:val="346F799D"/>
    <w:rsid w:val="614058C0"/>
    <w:rsid w:val="689BB610"/>
    <w:rsid w:val="6D858F94"/>
    <w:rsid w:val="795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2D301DB7-15CA-4EA5-A3F9-B070894B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Bond</cp:lastModifiedBy>
  <cp:revision>2</cp:revision>
  <dcterms:created xsi:type="dcterms:W3CDTF">2026-07-27T22:35:00Z</dcterms:created>
  <dcterms:modified xsi:type="dcterms:W3CDTF">2026-07-27T22:35:00Z</dcterms:modified>
  <cp:category/>
</cp:coreProperties>
</file>